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  <w:jc w:val="center"/>
      </w:pPr>
      <w:r>
        <w:rPr>
          <w:b/>
          <w:sz w:val="36"/>
        </w:rPr>
        <w:t>Вакансия: Инструктор по горным лыжам</w:t>
      </w:r>
    </w:p>
    <w:p>
      <w:pPr>
        <w:spacing w:before="240" w:after="120"/>
      </w:pPr>
      <w:r>
        <w:rPr>
          <w:b/>
          <w:sz w:val="28"/>
        </w:rPr>
        <w:t>Условия работы</w:t>
      </w:r>
    </w:p>
    <w:p>
      <w:pPr>
        <w:pStyle w:val="ListBullet"/>
        <w:spacing w:after="80"/>
      </w:pPr>
      <w:r>
        <w:rPr>
          <w:b/>
        </w:rPr>
        <w:t xml:space="preserve">Зарплата: </w:t>
      </w:r>
      <w:r>
        <w:t>от 40 000 до 200 000 руб. (% от записи).</w:t>
      </w:r>
    </w:p>
    <w:p>
      <w:pPr>
        <w:pStyle w:val="ListBullet"/>
        <w:spacing w:after="80"/>
      </w:pPr>
      <w:r>
        <w:rPr>
          <w:b/>
        </w:rPr>
        <w:t xml:space="preserve">Формат: </w:t>
      </w:r>
      <w:r>
        <w:t>На месте работодателя.</w:t>
      </w:r>
    </w:p>
    <w:p>
      <w:pPr>
        <w:pStyle w:val="ListBullet"/>
        <w:spacing w:after="80"/>
      </w:pPr>
      <w:r>
        <w:rPr>
          <w:b/>
        </w:rPr>
        <w:t xml:space="preserve">График: </w:t>
      </w:r>
      <w:r>
        <w:t>ср-пт с 15:00 до 20:00, сб-вс с 09:00 до 21:00.</w:t>
      </w:r>
    </w:p>
    <w:p>
      <w:pPr>
        <w:pStyle w:val="ListBullet"/>
        <w:spacing w:after="80"/>
      </w:pPr>
      <w:r>
        <w:rPr>
          <w:b/>
        </w:rPr>
        <w:t xml:space="preserve">Сезон: </w:t>
      </w:r>
      <w:r>
        <w:t>декабрь 2026 - март 2027.</w:t>
      </w:r>
    </w:p>
    <w:p>
      <w:pPr>
        <w:spacing w:before="320" w:after="120"/>
      </w:pPr>
      <w:r>
        <w:rPr>
          <w:b/>
          <w:sz w:val="28"/>
        </w:rPr>
        <w:t>О компании</w:t>
      </w:r>
    </w:p>
    <w:p>
      <w:pPr>
        <w:spacing w:after="120"/>
      </w:pPr>
      <w:r>
        <w:t>ГЛК «Пухтолова гора» — это круглогодичный загородный курорт и комплекс отдыха в Курортном районе Санкт-Петербурга (Зеленогорск). Место сочетает в себе развитую спортивную инфраструктуру и комфортный семейный отдых на природе.</w:t>
      </w:r>
    </w:p>
    <w:p>
      <w:pPr>
        <w:spacing w:after="240"/>
      </w:pPr>
      <w:r>
        <w:t>Курорт успешно работает уже много лет, предлагая гостям зимний экстрим и летний эко-отдых. Инфраструктура включает горнолыжные склоны, трассы для тюбинга, каток, ресторан и кафе, банный комплекс, а также отель и сеть арендных коттеджей.</w:t>
      </w:r>
    </w:p>
    <w:p>
      <w:pPr>
        <w:spacing w:before="240" w:after="120"/>
      </w:pPr>
      <w:r>
        <w:rPr>
          <w:b/>
          <w:sz w:val="28"/>
        </w:rPr>
        <w:t>Требования</w:t>
      </w:r>
    </w:p>
    <w:p>
      <w:pPr>
        <w:pStyle w:val="ListBullet"/>
        <w:spacing w:after="120"/>
      </w:pPr>
      <w:r>
        <w:t>Ищем инструкторов по горным лыжам с действующим свидетельством любой категории.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