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D7B11" w14:textId="77777777" w:rsidR="009A600E" w:rsidRDefault="00000000">
      <w:pPr>
        <w:keepNext/>
        <w:spacing w:after="320"/>
      </w:pPr>
      <w:r>
        <w:rPr>
          <w:color w:val="555555"/>
          <w:sz w:val="21"/>
        </w:rPr>
        <w:t>Горнолыжный комплекс «Воробьёвы горы»</w:t>
      </w:r>
    </w:p>
    <w:p w14:paraId="73570C18" w14:textId="77777777" w:rsidR="009A600E" w:rsidRDefault="00000000">
      <w:pPr>
        <w:pStyle w:val="aa"/>
      </w:pPr>
      <w:r>
        <w:t>Инструктор по горным лыжам</w:t>
      </w:r>
      <w:r>
        <w:br/>
        <w:t>или сноуборду</w:t>
      </w:r>
    </w:p>
    <w:p w14:paraId="6D77FB83" w14:textId="4D0DC92D" w:rsidR="009A600E" w:rsidRDefault="00000000">
      <w:pPr>
        <w:keepNext/>
        <w:spacing w:after="80" w:line="460" w:lineRule="exact"/>
      </w:pPr>
      <w:r>
        <w:rPr>
          <w:b/>
          <w:sz w:val="36"/>
        </w:rPr>
        <w:t>От 1</w:t>
      </w:r>
      <w:r w:rsidR="00AA2A9D">
        <w:rPr>
          <w:b/>
          <w:sz w:val="36"/>
        </w:rPr>
        <w:t> </w:t>
      </w:r>
      <w:r>
        <w:rPr>
          <w:b/>
          <w:sz w:val="36"/>
        </w:rPr>
        <w:t>300</w:t>
      </w:r>
      <w:r w:rsidR="00AA2A9D">
        <w:rPr>
          <w:b/>
          <w:sz w:val="36"/>
          <w:lang w:val="en-US"/>
        </w:rPr>
        <w:t xml:space="preserve"> - 1700</w:t>
      </w:r>
      <w:r>
        <w:rPr>
          <w:b/>
          <w:sz w:val="36"/>
        </w:rPr>
        <w:t xml:space="preserve"> ₽ в час</w:t>
      </w:r>
    </w:p>
    <w:p w14:paraId="2EF8C81A" w14:textId="77777777" w:rsidR="009A600E" w:rsidRDefault="00000000">
      <w:pPr>
        <w:spacing w:after="260" w:line="260" w:lineRule="exact"/>
      </w:pPr>
      <w:r>
        <w:rPr>
          <w:color w:val="555555"/>
          <w:sz w:val="21"/>
        </w:rPr>
        <w:t>До вычета налогов. Ставка зависит от категории инструктора</w:t>
      </w:r>
      <w:r>
        <w:rPr>
          <w:color w:val="555555"/>
          <w:sz w:val="21"/>
        </w:rPr>
        <w:br/>
        <w:t>и выполнения показателей.</w:t>
      </w:r>
    </w:p>
    <w:p w14:paraId="19215C7F" w14:textId="77777777" w:rsidR="009A600E" w:rsidRDefault="00000000">
      <w:pPr>
        <w:spacing w:after="0"/>
      </w:pPr>
      <w:r>
        <w:rPr>
          <w:sz w:val="21"/>
        </w:rPr>
        <w:t>Опыт 1–3 года  ·  Проектный формат  ·  Работа на месте</w:t>
      </w:r>
    </w:p>
    <w:p w14:paraId="2FE63FD1" w14:textId="77777777" w:rsidR="009A600E" w:rsidRDefault="00000000">
      <w:pPr>
        <w:pStyle w:val="1"/>
      </w:pPr>
      <w:r>
        <w:t>Обязанности</w:t>
      </w:r>
    </w:p>
    <w:p w14:paraId="2F2AF9F0" w14:textId="77777777" w:rsidR="009A600E" w:rsidRDefault="00000000">
      <w:pPr>
        <w:pStyle w:val="a0"/>
        <w:keepLines/>
      </w:pPr>
      <w:r>
        <w:t>Обучать гостей комплекса катанию на горных лыжах или сноуборде.</w:t>
      </w:r>
    </w:p>
    <w:p w14:paraId="1EC32AD4" w14:textId="77777777" w:rsidR="009A600E" w:rsidRDefault="00000000">
      <w:pPr>
        <w:pStyle w:val="a0"/>
        <w:keepLines/>
      </w:pPr>
      <w:r>
        <w:t>Объяснять правила поведения на трассах и подъёмниках.</w:t>
      </w:r>
    </w:p>
    <w:p w14:paraId="404EDB29" w14:textId="77777777" w:rsidR="009A600E" w:rsidRDefault="00000000">
      <w:pPr>
        <w:pStyle w:val="1"/>
      </w:pPr>
      <w:r>
        <w:t>Требования</w:t>
      </w:r>
    </w:p>
    <w:p w14:paraId="2C3A8D10" w14:textId="77777777" w:rsidR="009A600E" w:rsidRDefault="00000000">
      <w:pPr>
        <w:pStyle w:val="a0"/>
        <w:keepLines/>
      </w:pPr>
      <w:r>
        <w:t>Категория инструктора ФГССР или НЛИ и высокий личный уровень катания.</w:t>
      </w:r>
    </w:p>
    <w:p w14:paraId="5D425822" w14:textId="77777777" w:rsidR="009A600E" w:rsidRDefault="00000000">
      <w:pPr>
        <w:pStyle w:val="a0"/>
        <w:keepLines/>
      </w:pPr>
      <w:r>
        <w:t>Коммуникабельность, дружелюбность и клиентоориентированность.</w:t>
      </w:r>
    </w:p>
    <w:p w14:paraId="553BE877" w14:textId="77777777" w:rsidR="009A600E" w:rsidRDefault="00000000">
      <w:pPr>
        <w:pStyle w:val="a0"/>
        <w:keepLines/>
      </w:pPr>
      <w:r>
        <w:t>Пунктуальность и стрессоустойчивость.</w:t>
      </w:r>
    </w:p>
    <w:p w14:paraId="76520E72" w14:textId="77777777" w:rsidR="009A600E" w:rsidRDefault="00000000">
      <w:pPr>
        <w:pStyle w:val="a0"/>
        <w:keepLines/>
      </w:pPr>
      <w:r>
        <w:t>Статус самозанятого или индивидуального предпринимателя.</w:t>
      </w:r>
    </w:p>
    <w:p w14:paraId="450116DC" w14:textId="77777777" w:rsidR="009A600E" w:rsidRDefault="00000000">
      <w:pPr>
        <w:pStyle w:val="a0"/>
        <w:keepLines/>
      </w:pPr>
      <w:r>
        <w:t>Знание английского языка и опыт работы с детьми будут преимуществом.</w:t>
      </w:r>
    </w:p>
    <w:p w14:paraId="55D6E20B" w14:textId="77777777" w:rsidR="009A600E" w:rsidRDefault="00000000">
      <w:pPr>
        <w:pStyle w:val="1"/>
      </w:pPr>
      <w:r>
        <w:t>Условия работы</w:t>
      </w:r>
    </w:p>
    <w:p w14:paraId="2FAA9DF5" w14:textId="77777777" w:rsidR="009A600E" w:rsidRDefault="00000000">
      <w:pPr>
        <w:pStyle w:val="a0"/>
        <w:keepLines/>
      </w:pPr>
      <w:r>
        <w:t>Гибкий график: не менее 2–3 дней в неделю.</w:t>
      </w:r>
    </w:p>
    <w:p w14:paraId="3F7A914D" w14:textId="77777777" w:rsidR="009A600E" w:rsidRDefault="00000000">
      <w:pPr>
        <w:pStyle w:val="a0"/>
        <w:keepLines/>
      </w:pPr>
      <w:r>
        <w:t>Инструкторская с сушильной системой и комнатой хранения оборудования.</w:t>
      </w:r>
    </w:p>
    <w:p w14:paraId="5C2513E2" w14:textId="77777777" w:rsidR="009A600E" w:rsidRDefault="00000000">
      <w:pPr>
        <w:pStyle w:val="a0"/>
        <w:keepLines/>
      </w:pPr>
      <w:r>
        <w:t>Кресельные, гондольные и ленточный подъёмники. Вид на город.</w:t>
      </w:r>
    </w:p>
    <w:p w14:paraId="1578A7EF" w14:textId="77777777" w:rsidR="009A600E" w:rsidRDefault="00000000">
      <w:pPr>
        <w:keepNext/>
        <w:spacing w:before="400" w:after="60"/>
      </w:pPr>
      <w:r>
        <w:rPr>
          <w:color w:val="555555"/>
          <w:sz w:val="21"/>
        </w:rPr>
        <w:t>Для отклика</w:t>
      </w:r>
    </w:p>
    <w:p w14:paraId="24385AEC" w14:textId="01CC3652" w:rsidR="00AA2A9D" w:rsidRPr="00AA2A9D" w:rsidRDefault="00AA2A9D">
      <w:pPr>
        <w:spacing w:after="100"/>
        <w:rPr>
          <w:b/>
          <w:sz w:val="32"/>
        </w:rPr>
      </w:pPr>
      <w:hyperlink r:id="rId6" w:history="1">
        <w:r w:rsidRPr="00167826">
          <w:rPr>
            <w:rStyle w:val="aff8"/>
            <w:b/>
            <w:sz w:val="32"/>
          </w:rPr>
          <w:t>https://forms.yandex.ru/u/66c31cd143f74fbedc461bdc</w:t>
        </w:r>
      </w:hyperlink>
    </w:p>
    <w:p w14:paraId="39C5FCBB" w14:textId="77777777" w:rsidR="009A600E" w:rsidRDefault="00000000">
      <w:pPr>
        <w:keepNext/>
        <w:pageBreakBefore/>
        <w:spacing w:after="320"/>
      </w:pPr>
      <w:r>
        <w:rPr>
          <w:color w:val="555555"/>
          <w:sz w:val="21"/>
        </w:rPr>
        <w:lastRenderedPageBreak/>
        <w:t>Горнолыжный комплекс «Воробьёвы горы»</w:t>
      </w:r>
    </w:p>
    <w:p w14:paraId="7B7D72E3" w14:textId="77777777" w:rsidR="009A600E" w:rsidRDefault="00000000">
      <w:pPr>
        <w:pStyle w:val="aa"/>
      </w:pPr>
      <w:r>
        <w:t>Сотрудник проката</w:t>
      </w:r>
      <w:r>
        <w:br/>
        <w:t>горнолыжного центра</w:t>
      </w:r>
    </w:p>
    <w:p w14:paraId="16AD7052" w14:textId="77777777" w:rsidR="009A600E" w:rsidRDefault="00000000">
      <w:pPr>
        <w:keepNext/>
        <w:spacing w:after="80" w:line="460" w:lineRule="exact"/>
      </w:pPr>
      <w:r>
        <w:rPr>
          <w:b/>
          <w:sz w:val="36"/>
        </w:rPr>
        <w:t>380 ₽ в час</w:t>
      </w:r>
    </w:p>
    <w:p w14:paraId="16BAA507" w14:textId="77777777" w:rsidR="009A600E" w:rsidRDefault="00000000">
      <w:pPr>
        <w:spacing w:after="260" w:line="260" w:lineRule="exact"/>
      </w:pPr>
      <w:r>
        <w:rPr>
          <w:color w:val="555555"/>
          <w:sz w:val="21"/>
        </w:rPr>
        <w:t>До вычета 6%. Почасовая оплата.</w:t>
      </w:r>
    </w:p>
    <w:p w14:paraId="1159A99B" w14:textId="77777777" w:rsidR="009A600E" w:rsidRDefault="00000000">
      <w:pPr>
        <w:spacing w:after="0"/>
      </w:pPr>
      <w:r>
        <w:rPr>
          <w:sz w:val="21"/>
        </w:rPr>
        <w:t>Опыт 1–3 года  ·  Проектный формат  ·  Работа на месте</w:t>
      </w:r>
    </w:p>
    <w:p w14:paraId="37CC4B4B" w14:textId="77777777" w:rsidR="009A600E" w:rsidRDefault="00000000">
      <w:pPr>
        <w:pStyle w:val="1"/>
      </w:pPr>
      <w:r>
        <w:t>Обязанности</w:t>
      </w:r>
    </w:p>
    <w:p w14:paraId="337147A0" w14:textId="77777777" w:rsidR="009A600E" w:rsidRDefault="00000000">
      <w:pPr>
        <w:pStyle w:val="a0"/>
        <w:keepLines/>
      </w:pPr>
      <w:r>
        <w:t>Выдавать клиентам горные лыжи и сноуборды из проката.</w:t>
      </w:r>
    </w:p>
    <w:p w14:paraId="1BD594A0" w14:textId="77777777" w:rsidR="009A600E" w:rsidRDefault="00000000">
      <w:pPr>
        <w:pStyle w:val="a0"/>
        <w:keepLines/>
      </w:pPr>
      <w:r>
        <w:t>Вести учёт оборудования.</w:t>
      </w:r>
    </w:p>
    <w:p w14:paraId="6BB38D3F" w14:textId="77777777" w:rsidR="009A600E" w:rsidRDefault="00000000">
      <w:pPr>
        <w:pStyle w:val="a0"/>
        <w:keepLines/>
      </w:pPr>
      <w:r>
        <w:t>Подбирать и настраивать оборудование для клиентов комплекса.</w:t>
      </w:r>
    </w:p>
    <w:p w14:paraId="623EA2E5" w14:textId="77777777" w:rsidR="009A600E" w:rsidRDefault="00000000">
      <w:pPr>
        <w:pStyle w:val="1"/>
      </w:pPr>
      <w:r>
        <w:t>Требования</w:t>
      </w:r>
    </w:p>
    <w:p w14:paraId="17FC1285" w14:textId="77777777" w:rsidR="009A600E" w:rsidRDefault="00000000">
      <w:pPr>
        <w:pStyle w:val="a0"/>
        <w:keepLines/>
      </w:pPr>
      <w:r>
        <w:t>Опыт работы в прокате.</w:t>
      </w:r>
    </w:p>
    <w:p w14:paraId="3C5F3E4D" w14:textId="77777777" w:rsidR="009A600E" w:rsidRDefault="00000000">
      <w:pPr>
        <w:pStyle w:val="a0"/>
        <w:keepLines/>
      </w:pPr>
      <w:r>
        <w:t>Опрятный внешний вид.</w:t>
      </w:r>
    </w:p>
    <w:p w14:paraId="2CE5DC7A" w14:textId="77777777" w:rsidR="009A600E" w:rsidRDefault="00000000">
      <w:pPr>
        <w:pStyle w:val="a0"/>
        <w:keepLines/>
      </w:pPr>
      <w:r>
        <w:t>Готовность работать по различным графикам.</w:t>
      </w:r>
    </w:p>
    <w:p w14:paraId="0947F942" w14:textId="77777777" w:rsidR="009A600E" w:rsidRDefault="00000000">
      <w:pPr>
        <w:pStyle w:val="a0"/>
        <w:keepLines/>
      </w:pPr>
      <w:r>
        <w:t>Статус самозанятого.</w:t>
      </w:r>
    </w:p>
    <w:p w14:paraId="293210A6" w14:textId="77777777" w:rsidR="009A600E" w:rsidRDefault="00000000">
      <w:pPr>
        <w:pStyle w:val="1"/>
      </w:pPr>
      <w:r>
        <w:t>Место работы</w:t>
      </w:r>
    </w:p>
    <w:p w14:paraId="00B58893" w14:textId="77777777" w:rsidR="009A600E" w:rsidRDefault="00000000">
      <w:pPr>
        <w:pStyle w:val="a0"/>
        <w:keepLines/>
      </w:pPr>
      <w:r>
        <w:t>Горнолыжный комплекс «Воробьёвы горы».</w:t>
      </w:r>
    </w:p>
    <w:p w14:paraId="4F4521D4" w14:textId="77777777" w:rsidR="009A600E" w:rsidRDefault="00000000">
      <w:pPr>
        <w:pStyle w:val="a0"/>
        <w:keepLines/>
      </w:pPr>
      <w:r>
        <w:t>Москва, ул. Косыгина, 28. Метро «Воробьёвы горы».</w:t>
      </w:r>
    </w:p>
    <w:p w14:paraId="2A2FA539" w14:textId="77777777" w:rsidR="009A600E" w:rsidRDefault="00000000">
      <w:pPr>
        <w:keepNext/>
        <w:spacing w:before="400" w:after="60"/>
      </w:pPr>
      <w:r>
        <w:rPr>
          <w:color w:val="555555"/>
          <w:sz w:val="21"/>
        </w:rPr>
        <w:t>Для отклика</w:t>
      </w:r>
    </w:p>
    <w:p w14:paraId="3A24FD8A" w14:textId="61CDC634" w:rsidR="00AA2A9D" w:rsidRPr="00AA2A9D" w:rsidRDefault="00AA2A9D">
      <w:pPr>
        <w:spacing w:after="0"/>
        <w:rPr>
          <w:b/>
          <w:sz w:val="32"/>
        </w:rPr>
      </w:pPr>
      <w:hyperlink r:id="rId7" w:history="1">
        <w:r w:rsidRPr="00167826">
          <w:rPr>
            <w:rStyle w:val="aff8"/>
            <w:b/>
            <w:sz w:val="32"/>
          </w:rPr>
          <w:t>https://forms.yandex.ru/u/66c31cd143f74fbedc461bdc</w:t>
        </w:r>
      </w:hyperlink>
    </w:p>
    <w:p w14:paraId="18B7D180" w14:textId="77777777" w:rsidR="009A600E" w:rsidRDefault="00000000">
      <w:pPr>
        <w:keepNext/>
        <w:pageBreakBefore/>
        <w:spacing w:after="320"/>
      </w:pPr>
      <w:r>
        <w:rPr>
          <w:color w:val="555555"/>
          <w:sz w:val="21"/>
        </w:rPr>
        <w:lastRenderedPageBreak/>
        <w:t>Горнолыжный комплекс «Воробьёвы горы»</w:t>
      </w:r>
    </w:p>
    <w:p w14:paraId="5EECCD22" w14:textId="77777777" w:rsidR="009A600E" w:rsidRDefault="00000000">
      <w:pPr>
        <w:pStyle w:val="aa"/>
      </w:pPr>
      <w:r>
        <w:t>Администратор</w:t>
      </w:r>
      <w:r>
        <w:br/>
        <w:t>горнолыжного центра</w:t>
      </w:r>
    </w:p>
    <w:p w14:paraId="3D8683AD" w14:textId="1CC7933E" w:rsidR="009A600E" w:rsidRDefault="00000000">
      <w:pPr>
        <w:keepNext/>
        <w:spacing w:after="80" w:line="460" w:lineRule="exact"/>
      </w:pPr>
      <w:r>
        <w:rPr>
          <w:b/>
          <w:sz w:val="36"/>
        </w:rPr>
        <w:t>400 ₽ в час</w:t>
      </w:r>
    </w:p>
    <w:p w14:paraId="6C76463B" w14:textId="77777777" w:rsidR="009A600E" w:rsidRDefault="00000000">
      <w:pPr>
        <w:spacing w:after="260" w:line="260" w:lineRule="exact"/>
      </w:pPr>
      <w:r>
        <w:rPr>
          <w:color w:val="555555"/>
          <w:sz w:val="21"/>
        </w:rPr>
        <w:t>До вычета налога 6% для самозанятых.</w:t>
      </w:r>
    </w:p>
    <w:p w14:paraId="10714317" w14:textId="77777777" w:rsidR="009A600E" w:rsidRDefault="00000000">
      <w:pPr>
        <w:spacing w:after="0"/>
      </w:pPr>
      <w:r>
        <w:rPr>
          <w:sz w:val="21"/>
        </w:rPr>
        <w:t>Работа на территории комплекса</w:t>
      </w:r>
    </w:p>
    <w:p w14:paraId="6427945B" w14:textId="77777777" w:rsidR="009A600E" w:rsidRDefault="00000000">
      <w:pPr>
        <w:pStyle w:val="1"/>
      </w:pPr>
      <w:r>
        <w:t>Обязанности</w:t>
      </w:r>
    </w:p>
    <w:p w14:paraId="5D736071" w14:textId="77777777" w:rsidR="009A600E" w:rsidRDefault="00000000">
      <w:pPr>
        <w:pStyle w:val="a0"/>
        <w:keepLines/>
      </w:pPr>
      <w:r>
        <w:t>Помогать гостям записаться на тренировку, купить ски-пасс и оформить прокат.</w:t>
      </w:r>
    </w:p>
    <w:p w14:paraId="2E47B2C8" w14:textId="77777777" w:rsidR="009A600E" w:rsidRDefault="00000000">
      <w:pPr>
        <w:pStyle w:val="a0"/>
        <w:keepLines/>
      </w:pPr>
      <w:r>
        <w:t>Организовывать встречу гостей с инструктором.</w:t>
      </w:r>
    </w:p>
    <w:p w14:paraId="0FA2736F" w14:textId="77777777" w:rsidR="009A600E" w:rsidRDefault="00000000">
      <w:pPr>
        <w:pStyle w:val="1"/>
      </w:pPr>
      <w:r>
        <w:t>Требования</w:t>
      </w:r>
    </w:p>
    <w:p w14:paraId="66331574" w14:textId="77777777" w:rsidR="009A600E" w:rsidRDefault="00000000">
      <w:pPr>
        <w:pStyle w:val="a0"/>
        <w:keepLines/>
      </w:pPr>
      <w:r>
        <w:t>Презентабельный внешний вид.</w:t>
      </w:r>
    </w:p>
    <w:p w14:paraId="50CB02D1" w14:textId="77777777" w:rsidR="009A600E" w:rsidRDefault="00000000">
      <w:pPr>
        <w:pStyle w:val="a0"/>
        <w:keepLines/>
      </w:pPr>
      <w:r>
        <w:t>Коммуникабельность.</w:t>
      </w:r>
    </w:p>
    <w:p w14:paraId="1737F98C" w14:textId="77777777" w:rsidR="009A600E" w:rsidRDefault="00000000">
      <w:pPr>
        <w:pStyle w:val="a0"/>
        <w:keepLines/>
      </w:pPr>
      <w:r>
        <w:t>Знания и опыт в области горных лыж или сноуборда приветствуются.</w:t>
      </w:r>
    </w:p>
    <w:p w14:paraId="596D3FBB" w14:textId="77777777" w:rsidR="009A600E" w:rsidRDefault="00000000">
      <w:pPr>
        <w:pStyle w:val="a0"/>
        <w:keepLines/>
      </w:pPr>
      <w:r>
        <w:t>Умение работать на ПК, в Yclients и смежном программном обеспечении.</w:t>
      </w:r>
    </w:p>
    <w:p w14:paraId="4F32DAE6" w14:textId="77777777" w:rsidR="009A600E" w:rsidRDefault="00000000">
      <w:pPr>
        <w:pStyle w:val="a0"/>
        <w:keepLines/>
      </w:pPr>
      <w:r>
        <w:t>Статус самозанятого или индивидуального предпринимателя.</w:t>
      </w:r>
    </w:p>
    <w:p w14:paraId="6D048DF5" w14:textId="77777777" w:rsidR="009A600E" w:rsidRDefault="00000000">
      <w:pPr>
        <w:pStyle w:val="a0"/>
        <w:keepLines/>
      </w:pPr>
      <w:r>
        <w:t>Английский язык будет преимуществом: в комплексе часто бывают иностранные гости.</w:t>
      </w:r>
    </w:p>
    <w:p w14:paraId="62C6D920" w14:textId="77777777" w:rsidR="009A600E" w:rsidRDefault="00000000">
      <w:pPr>
        <w:pStyle w:val="1"/>
      </w:pPr>
      <w:r>
        <w:t>Условия работы</w:t>
      </w:r>
    </w:p>
    <w:p w14:paraId="01849AD6" w14:textId="77777777" w:rsidR="009A600E" w:rsidRDefault="00000000">
      <w:pPr>
        <w:pStyle w:val="a0"/>
        <w:keepLines/>
      </w:pPr>
      <w:r>
        <w:t>Работа по графику комплекса: с 10:00/11:00 до 22:00/23:00.</w:t>
      </w:r>
    </w:p>
    <w:p w14:paraId="5734C108" w14:textId="77777777" w:rsidR="009A600E" w:rsidRDefault="00000000">
      <w:pPr>
        <w:pStyle w:val="a0"/>
        <w:keepLines/>
      </w:pPr>
      <w:r>
        <w:t>Возможность гибкого графика по дням.</w:t>
      </w:r>
    </w:p>
    <w:p w14:paraId="1DDE4014" w14:textId="77777777" w:rsidR="009A600E" w:rsidRDefault="00000000">
      <w:pPr>
        <w:pStyle w:val="a0"/>
        <w:keepLines/>
      </w:pPr>
      <w:r>
        <w:t>Скидка на прокат инвентаря и занятия.</w:t>
      </w:r>
    </w:p>
    <w:p w14:paraId="724CFAFB" w14:textId="77777777" w:rsidR="009A600E" w:rsidRDefault="00000000">
      <w:pPr>
        <w:pStyle w:val="a0"/>
        <w:keepLines/>
      </w:pPr>
      <w:r>
        <w:t>Работа на сезон: декабрь–март.</w:t>
      </w:r>
    </w:p>
    <w:p w14:paraId="0E456679" w14:textId="77777777" w:rsidR="009A600E" w:rsidRDefault="00000000">
      <w:pPr>
        <w:keepNext/>
        <w:spacing w:before="400" w:after="60"/>
      </w:pPr>
      <w:r>
        <w:rPr>
          <w:color w:val="555555"/>
          <w:sz w:val="21"/>
        </w:rPr>
        <w:t>Для отклика</w:t>
      </w:r>
    </w:p>
    <w:p w14:paraId="666C9832" w14:textId="1A8AC6E0" w:rsidR="00AA2A9D" w:rsidRPr="00AA2A9D" w:rsidRDefault="00AA2A9D">
      <w:pPr>
        <w:spacing w:after="100"/>
        <w:rPr>
          <w:b/>
          <w:sz w:val="32"/>
        </w:rPr>
      </w:pPr>
      <w:hyperlink r:id="rId8" w:history="1">
        <w:r w:rsidRPr="00167826">
          <w:rPr>
            <w:rStyle w:val="aff8"/>
            <w:b/>
            <w:sz w:val="32"/>
          </w:rPr>
          <w:t>https://forms.yandex.ru/u/66c31cd143f74fbedc461bdc</w:t>
        </w:r>
      </w:hyperlink>
    </w:p>
    <w:p w14:paraId="46AD7868" w14:textId="6C167F33" w:rsidR="009A600E" w:rsidRDefault="009A600E">
      <w:pPr>
        <w:spacing w:after="0"/>
      </w:pPr>
    </w:p>
    <w:sectPr w:rsidR="009A600E" w:rsidSect="00034616">
      <w:pgSz w:w="12240" w:h="15840"/>
      <w:pgMar w:top="1008" w:right="1210" w:bottom="936" w:left="12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0834439">
    <w:abstractNumId w:val="8"/>
  </w:num>
  <w:num w:numId="2" w16cid:durableId="1241528105">
    <w:abstractNumId w:val="6"/>
  </w:num>
  <w:num w:numId="3" w16cid:durableId="1399789936">
    <w:abstractNumId w:val="5"/>
  </w:num>
  <w:num w:numId="4" w16cid:durableId="468207808">
    <w:abstractNumId w:val="4"/>
  </w:num>
  <w:num w:numId="5" w16cid:durableId="1219320614">
    <w:abstractNumId w:val="7"/>
  </w:num>
  <w:num w:numId="6" w16cid:durableId="1459184802">
    <w:abstractNumId w:val="3"/>
  </w:num>
  <w:num w:numId="7" w16cid:durableId="1579947983">
    <w:abstractNumId w:val="2"/>
  </w:num>
  <w:num w:numId="8" w16cid:durableId="983192968">
    <w:abstractNumId w:val="1"/>
  </w:num>
  <w:num w:numId="9" w16cid:durableId="2059012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3DF4"/>
    <w:rsid w:val="0015074B"/>
    <w:rsid w:val="0029639D"/>
    <w:rsid w:val="00326F90"/>
    <w:rsid w:val="009A600E"/>
    <w:rsid w:val="00AA1D8D"/>
    <w:rsid w:val="00AA2A9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387BAE"/>
  <w14:defaultImageDpi w14:val="300"/>
  <w15:docId w15:val="{48309DE6-55C9-459B-B316-455E44FF0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304" w:lineRule="exact"/>
    </w:pPr>
    <w:rPr>
      <w:rFonts w:ascii="Calibri" w:hAnsi="Calibri"/>
      <w:color w:val="000000"/>
      <w:sz w:val="24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00" w:after="140" w:line="320" w:lineRule="exact"/>
      <w:outlineLvl w:val="0"/>
    </w:pPr>
    <w:rPr>
      <w:rFonts w:asciiTheme="majorHAnsi" w:eastAsiaTheme="majorEastAsia" w:hAnsiTheme="majorHAnsi" w:cstheme="majorBidi"/>
      <w:bCs/>
      <w:i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340" w:line="600" w:lineRule="exact"/>
      <w:contextualSpacing/>
    </w:pPr>
    <w:rPr>
      <w:rFonts w:asciiTheme="majorHAnsi" w:eastAsiaTheme="majorEastAsia" w:hAnsiTheme="majorHAnsi" w:cstheme="majorBidi"/>
      <w:spacing w:val="5"/>
      <w:kern w:val="28"/>
      <w:sz w:val="5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100"/>
      <w:ind w:left="240" w:hanging="240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AA2A9D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AA2A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6c31cd143f74fbedc461bdc" TargetMode="External"/><Relationship Id="rId3" Type="http://schemas.openxmlformats.org/officeDocument/2006/relationships/styles" Target="styles.xml"/><Relationship Id="rId7" Type="http://schemas.openxmlformats.org/officeDocument/2006/relationships/hyperlink" Target="https://forms.yandex.ru/u/66c31cd143f74fbedc461bd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yandex.ru/u/66c31cd143f74fbedc461bdc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Вакансии горнолыжного комплекса Воробьёвы горы</dc:title>
  <dc:subject>Описание вакансий для размещения на сайте НЛИ</dc:subject>
  <dc:creator>ИП Сергеев Сергей Германович</dc:creator>
  <cp:keywords/>
  <dc:description/>
  <cp:lastModifiedBy>Денис Яскевич</cp:lastModifiedBy>
  <cp:revision>2</cp:revision>
  <dcterms:created xsi:type="dcterms:W3CDTF">2013-12-23T23:15:00Z</dcterms:created>
  <dcterms:modified xsi:type="dcterms:W3CDTF">2026-10-04T11:38:00Z</dcterms:modified>
  <cp:category/>
</cp:coreProperties>
</file>